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26D2" w:rsidRDefault="00CE04EB">
      <w:pPr>
        <w:jc w:val="center"/>
        <w:rPr>
          <w:lang w:eastAsia="ja-JP"/>
        </w:rPr>
      </w:pPr>
      <w:r>
        <w:rPr>
          <w:b/>
          <w:color w:val="1F4E79"/>
          <w:sz w:val="36"/>
          <w:lang w:eastAsia="ja-JP"/>
        </w:rPr>
        <w:t>エントリーシート</w:t>
      </w:r>
    </w:p>
    <w:p w:rsidR="007526D2" w:rsidRDefault="00CE04EB" w:rsidP="00CE04EB">
      <w:pPr>
        <w:jc w:val="center"/>
        <w:rPr>
          <w:rFonts w:hint="eastAsia"/>
          <w:lang w:eastAsia="ja-JP"/>
        </w:rPr>
      </w:pPr>
      <w:r>
        <w:rPr>
          <w:color w:val="595959"/>
          <w:lang w:eastAsia="ja-JP"/>
        </w:rPr>
        <w:t>福岡リハビリテーション病院</w:t>
      </w:r>
      <w:r>
        <w:rPr>
          <w:color w:val="595959"/>
          <w:lang w:eastAsia="ja-JP"/>
        </w:rPr>
        <w:t xml:space="preserve"> </w:t>
      </w:r>
      <w:r w:rsidR="001205A0">
        <w:rPr>
          <w:color w:val="595959"/>
          <w:lang w:eastAsia="ja-JP"/>
        </w:rPr>
        <w:t>リハビリテーション部　採用選考用</w:t>
      </w: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0426"/>
      </w:tblGrid>
      <w:tr w:rsidR="007526D2">
        <w:trPr>
          <w:jc w:val="center"/>
        </w:trPr>
        <w:tc>
          <w:tcPr>
            <w:tcW w:w="10426" w:type="dxa"/>
            <w:shd w:val="clear" w:color="auto" w:fill="EAF2F8"/>
          </w:tcPr>
          <w:p w:rsidR="007526D2" w:rsidRDefault="00CE04EB">
            <w:pPr>
              <w:spacing w:after="80"/>
              <w:rPr>
                <w:lang w:eastAsia="ja-JP"/>
              </w:rPr>
            </w:pPr>
            <w:r>
              <w:rPr>
                <w:b/>
                <w:lang w:eastAsia="ja-JP"/>
              </w:rPr>
              <w:t>記入にあたって</w:t>
            </w:r>
          </w:p>
          <w:p w:rsidR="007526D2" w:rsidRDefault="00CE04EB">
            <w:pPr>
              <w:spacing w:after="20"/>
              <w:ind w:left="170"/>
              <w:rPr>
                <w:lang w:eastAsia="ja-JP"/>
              </w:rPr>
            </w:pPr>
            <w:r>
              <w:rPr>
                <w:sz w:val="18"/>
                <w:lang w:eastAsia="ja-JP"/>
              </w:rPr>
              <w:t>・このエントリーシートは、文章力や模範的な回答を評価するものではありません。</w:t>
            </w:r>
          </w:p>
          <w:p w:rsidR="007526D2" w:rsidRDefault="00CE04EB">
            <w:pPr>
              <w:spacing w:after="20"/>
              <w:ind w:left="170"/>
              <w:rPr>
                <w:rFonts w:hint="eastAsia"/>
                <w:lang w:eastAsia="ja-JP"/>
              </w:rPr>
            </w:pPr>
            <w:r>
              <w:rPr>
                <w:sz w:val="18"/>
                <w:lang w:eastAsia="ja-JP"/>
              </w:rPr>
              <w:t>・これまでの経験を通して、ご自身がど</w:t>
            </w:r>
            <w:r w:rsidR="001205A0">
              <w:rPr>
                <w:sz w:val="18"/>
                <w:lang w:eastAsia="ja-JP"/>
              </w:rPr>
              <w:t>のように考え、どのように行動し、そこから何を学んだのかを確認</w:t>
            </w:r>
            <w:r w:rsidR="001205A0">
              <w:rPr>
                <w:rFonts w:hint="eastAsia"/>
                <w:sz w:val="18"/>
                <w:lang w:eastAsia="ja-JP"/>
              </w:rPr>
              <w:t>するものです。</w:t>
            </w:r>
          </w:p>
          <w:p w:rsidR="007526D2" w:rsidRDefault="001205A0">
            <w:pPr>
              <w:spacing w:after="20"/>
              <w:ind w:left="170"/>
              <w:rPr>
                <w:lang w:eastAsia="ja-JP"/>
              </w:rPr>
            </w:pPr>
            <w:r>
              <w:rPr>
                <w:rFonts w:hint="eastAsia"/>
                <w:sz w:val="18"/>
                <w:lang w:eastAsia="ja-JP"/>
              </w:rPr>
              <w:t>・</w:t>
            </w:r>
            <w:r w:rsidR="00CE04EB">
              <w:rPr>
                <w:sz w:val="18"/>
                <w:lang w:eastAsia="ja-JP"/>
              </w:rPr>
              <w:t>できるだけ具体的な場面をもとに、ご自身の言葉で記載してください。</w:t>
            </w:r>
          </w:p>
          <w:p w:rsidR="007526D2" w:rsidRDefault="00CE04EB" w:rsidP="001205A0">
            <w:pPr>
              <w:spacing w:after="20"/>
              <w:ind w:left="170"/>
              <w:rPr>
                <w:rFonts w:hint="eastAsia"/>
                <w:lang w:eastAsia="ja-JP"/>
              </w:rPr>
            </w:pPr>
            <w:r>
              <w:rPr>
                <w:sz w:val="18"/>
                <w:lang w:eastAsia="ja-JP"/>
              </w:rPr>
              <w:t>・生成</w:t>
            </w:r>
            <w:r>
              <w:rPr>
                <w:sz w:val="18"/>
                <w:lang w:eastAsia="ja-JP"/>
              </w:rPr>
              <w:t>AI</w:t>
            </w:r>
            <w:r>
              <w:rPr>
                <w:sz w:val="18"/>
                <w:lang w:eastAsia="ja-JP"/>
              </w:rPr>
              <w:t>等を参考にすること自体を否定するものではありませんが、記載内容は必ずご自身の経験・考えに基づくものとしてください。面接では、記載内容について具体的に確認します。</w:t>
            </w:r>
          </w:p>
        </w:tc>
      </w:tr>
    </w:tbl>
    <w:p w:rsidR="007526D2" w:rsidRDefault="007526D2">
      <w:pPr>
        <w:rPr>
          <w:lang w:eastAsia="ja-JP"/>
        </w:rPr>
      </w:pPr>
    </w:p>
    <w:p w:rsidR="007526D2" w:rsidRDefault="00CE04EB">
      <w:pPr>
        <w:pStyle w:val="1"/>
      </w:pPr>
      <w:r>
        <w:t>1</w:t>
      </w:r>
      <w:r>
        <w:t>．応募者情報</w:t>
      </w: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4"/>
        <w:gridCol w:w="7937"/>
      </w:tblGrid>
      <w:tr w:rsidR="007526D2">
        <w:trPr>
          <w:jc w:val="center"/>
        </w:trPr>
        <w:tc>
          <w:tcPr>
            <w:tcW w:w="1984" w:type="dxa"/>
            <w:shd w:val="clear" w:color="auto" w:fill="D9EAF7"/>
          </w:tcPr>
          <w:p w:rsidR="007526D2" w:rsidRDefault="00CE04EB">
            <w:pPr>
              <w:spacing w:after="0"/>
            </w:pPr>
            <w:r>
              <w:rPr>
                <w:b/>
                <w:sz w:val="18"/>
              </w:rPr>
              <w:t>氏名</w:t>
            </w:r>
          </w:p>
        </w:tc>
        <w:tc>
          <w:tcPr>
            <w:tcW w:w="7937" w:type="dxa"/>
          </w:tcPr>
          <w:p w:rsidR="007526D2" w:rsidRDefault="007526D2">
            <w:pPr>
              <w:spacing w:after="0"/>
            </w:pPr>
          </w:p>
        </w:tc>
      </w:tr>
      <w:tr w:rsidR="007526D2">
        <w:trPr>
          <w:jc w:val="center"/>
        </w:trPr>
        <w:tc>
          <w:tcPr>
            <w:tcW w:w="1984" w:type="dxa"/>
            <w:shd w:val="clear" w:color="auto" w:fill="D9EAF7"/>
          </w:tcPr>
          <w:p w:rsidR="007526D2" w:rsidRDefault="00CE04EB">
            <w:pPr>
              <w:spacing w:after="0"/>
            </w:pPr>
            <w:r>
              <w:rPr>
                <w:b/>
                <w:sz w:val="18"/>
              </w:rPr>
              <w:t>学校名・学部学科</w:t>
            </w:r>
          </w:p>
        </w:tc>
        <w:tc>
          <w:tcPr>
            <w:tcW w:w="7937" w:type="dxa"/>
          </w:tcPr>
          <w:p w:rsidR="007526D2" w:rsidRDefault="007526D2">
            <w:pPr>
              <w:spacing w:after="0"/>
            </w:pPr>
          </w:p>
        </w:tc>
      </w:tr>
      <w:tr w:rsidR="007526D2">
        <w:trPr>
          <w:jc w:val="center"/>
        </w:trPr>
        <w:tc>
          <w:tcPr>
            <w:tcW w:w="1984" w:type="dxa"/>
            <w:shd w:val="clear" w:color="auto" w:fill="D9EAF7"/>
          </w:tcPr>
          <w:p w:rsidR="007526D2" w:rsidRDefault="00CE04EB">
            <w:pPr>
              <w:spacing w:after="0"/>
            </w:pPr>
            <w:r>
              <w:rPr>
                <w:b/>
                <w:sz w:val="18"/>
              </w:rPr>
              <w:t>応募職種</w:t>
            </w:r>
          </w:p>
        </w:tc>
        <w:tc>
          <w:tcPr>
            <w:tcW w:w="7937" w:type="dxa"/>
          </w:tcPr>
          <w:p w:rsidR="007526D2" w:rsidRDefault="007526D2">
            <w:pPr>
              <w:spacing w:after="0"/>
            </w:pPr>
          </w:p>
        </w:tc>
      </w:tr>
      <w:tr w:rsidR="007526D2">
        <w:trPr>
          <w:jc w:val="center"/>
        </w:trPr>
        <w:tc>
          <w:tcPr>
            <w:tcW w:w="1984" w:type="dxa"/>
            <w:shd w:val="clear" w:color="auto" w:fill="D9EAF7"/>
          </w:tcPr>
          <w:p w:rsidR="007526D2" w:rsidRDefault="001205A0">
            <w:pPr>
              <w:spacing w:after="0"/>
              <w:rPr>
                <w:rFonts w:hint="eastAsia"/>
                <w:lang w:eastAsia="ja-JP"/>
              </w:rPr>
            </w:pPr>
            <w:r>
              <w:rPr>
                <w:rFonts w:hint="eastAsia"/>
                <w:b/>
                <w:sz w:val="18"/>
                <w:lang w:eastAsia="ja-JP"/>
              </w:rPr>
              <w:t>病院</w:t>
            </w:r>
            <w:r w:rsidR="00CE04EB">
              <w:rPr>
                <w:b/>
                <w:sz w:val="18"/>
                <w:lang w:eastAsia="ja-JP"/>
              </w:rPr>
              <w:t>見学日</w:t>
            </w:r>
          </w:p>
        </w:tc>
        <w:tc>
          <w:tcPr>
            <w:tcW w:w="7937" w:type="dxa"/>
          </w:tcPr>
          <w:p w:rsidR="007526D2" w:rsidRDefault="007526D2">
            <w:pPr>
              <w:spacing w:after="0"/>
              <w:rPr>
                <w:lang w:eastAsia="ja-JP"/>
              </w:rPr>
            </w:pPr>
          </w:p>
        </w:tc>
      </w:tr>
    </w:tbl>
    <w:p w:rsidR="007526D2" w:rsidRDefault="00CE04EB">
      <w:pPr>
        <w:pStyle w:val="1"/>
      </w:pPr>
      <w:r>
        <w:t>2</w:t>
      </w:r>
      <w:r>
        <w:t>．設問</w:t>
      </w:r>
    </w:p>
    <w:p w:rsidR="007526D2" w:rsidRDefault="00CE04EB">
      <w:pPr>
        <w:spacing w:before="80" w:after="40"/>
        <w:rPr>
          <w:lang w:eastAsia="ja-JP"/>
        </w:rPr>
      </w:pPr>
      <w:r>
        <w:rPr>
          <w:b/>
          <w:color w:val="1F4E79"/>
          <w:sz w:val="22"/>
          <w:lang w:eastAsia="ja-JP"/>
        </w:rPr>
        <w:t>1</w:t>
      </w:r>
      <w:r>
        <w:rPr>
          <w:b/>
          <w:color w:val="1F4E79"/>
          <w:sz w:val="22"/>
          <w:lang w:eastAsia="ja-JP"/>
        </w:rPr>
        <w:t>．施設見学を通して感じたこと</w:t>
      </w:r>
    </w:p>
    <w:p w:rsidR="007526D2" w:rsidRDefault="00CE04EB">
      <w:pPr>
        <w:spacing w:after="40"/>
        <w:rPr>
          <w:lang w:eastAsia="ja-JP"/>
        </w:rPr>
      </w:pPr>
      <w:r>
        <w:rPr>
          <w:sz w:val="18"/>
          <w:lang w:eastAsia="ja-JP"/>
        </w:rPr>
        <w:t>当院を見学して、印象に残ったことを具体的に記載してください。また、その印象を踏まえて、当院で働くうえで自分が伸ばしたいと思った力を記載してください。</w:t>
      </w:r>
    </w:p>
    <w:p w:rsidR="007526D2" w:rsidRDefault="00CE04EB">
      <w:pPr>
        <w:spacing w:after="40"/>
        <w:ind w:left="283"/>
        <w:rPr>
          <w:lang w:eastAsia="ja-JP"/>
        </w:rPr>
      </w:pPr>
      <w:r>
        <w:rPr>
          <w:color w:val="595959"/>
          <w:sz w:val="17"/>
          <w:lang w:eastAsia="ja-JP"/>
        </w:rPr>
        <w:t>記載の視点：見学で何を見たか／自分の成長課題と結びつけられているか</w:t>
      </w: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0426"/>
      </w:tblGrid>
      <w:tr w:rsidR="007526D2">
        <w:trPr>
          <w:trHeight w:val="397"/>
          <w:jc w:val="center"/>
        </w:trPr>
        <w:tc>
          <w:tcPr>
            <w:tcW w:w="10426" w:type="dxa"/>
            <w:vAlign w:val="center"/>
          </w:tcPr>
          <w:p w:rsidR="007526D2" w:rsidRDefault="007526D2">
            <w:pPr>
              <w:spacing w:after="0"/>
              <w:rPr>
                <w:lang w:eastAsia="ja-JP"/>
              </w:rPr>
            </w:pPr>
          </w:p>
        </w:tc>
      </w:tr>
      <w:tr w:rsidR="007526D2">
        <w:trPr>
          <w:trHeight w:val="397"/>
          <w:jc w:val="center"/>
        </w:trPr>
        <w:tc>
          <w:tcPr>
            <w:tcW w:w="10426" w:type="dxa"/>
            <w:vAlign w:val="center"/>
          </w:tcPr>
          <w:p w:rsidR="007526D2" w:rsidRDefault="007526D2">
            <w:pPr>
              <w:spacing w:after="0"/>
              <w:rPr>
                <w:lang w:eastAsia="ja-JP"/>
              </w:rPr>
            </w:pPr>
          </w:p>
        </w:tc>
      </w:tr>
      <w:tr w:rsidR="007526D2">
        <w:trPr>
          <w:trHeight w:val="397"/>
          <w:jc w:val="center"/>
        </w:trPr>
        <w:tc>
          <w:tcPr>
            <w:tcW w:w="10426" w:type="dxa"/>
            <w:vAlign w:val="center"/>
          </w:tcPr>
          <w:p w:rsidR="007526D2" w:rsidRDefault="007526D2">
            <w:pPr>
              <w:spacing w:after="0"/>
              <w:rPr>
                <w:lang w:eastAsia="ja-JP"/>
              </w:rPr>
            </w:pPr>
          </w:p>
        </w:tc>
      </w:tr>
      <w:tr w:rsidR="007526D2">
        <w:trPr>
          <w:trHeight w:val="397"/>
          <w:jc w:val="center"/>
        </w:trPr>
        <w:tc>
          <w:tcPr>
            <w:tcW w:w="10426" w:type="dxa"/>
            <w:vAlign w:val="center"/>
          </w:tcPr>
          <w:p w:rsidR="007526D2" w:rsidRDefault="007526D2">
            <w:pPr>
              <w:spacing w:after="0"/>
              <w:rPr>
                <w:lang w:eastAsia="ja-JP"/>
              </w:rPr>
            </w:pPr>
          </w:p>
        </w:tc>
      </w:tr>
      <w:tr w:rsidR="007526D2">
        <w:trPr>
          <w:trHeight w:val="397"/>
          <w:jc w:val="center"/>
        </w:trPr>
        <w:tc>
          <w:tcPr>
            <w:tcW w:w="10426" w:type="dxa"/>
            <w:vAlign w:val="center"/>
          </w:tcPr>
          <w:p w:rsidR="007526D2" w:rsidRDefault="007526D2">
            <w:pPr>
              <w:spacing w:after="0"/>
              <w:rPr>
                <w:lang w:eastAsia="ja-JP"/>
              </w:rPr>
            </w:pPr>
          </w:p>
        </w:tc>
      </w:tr>
      <w:tr w:rsidR="007526D2">
        <w:trPr>
          <w:trHeight w:val="397"/>
          <w:jc w:val="center"/>
        </w:trPr>
        <w:tc>
          <w:tcPr>
            <w:tcW w:w="10426" w:type="dxa"/>
            <w:vAlign w:val="center"/>
          </w:tcPr>
          <w:p w:rsidR="007526D2" w:rsidRDefault="007526D2">
            <w:pPr>
              <w:spacing w:after="0"/>
              <w:rPr>
                <w:lang w:eastAsia="ja-JP"/>
              </w:rPr>
            </w:pPr>
          </w:p>
        </w:tc>
      </w:tr>
      <w:tr w:rsidR="007526D2">
        <w:trPr>
          <w:trHeight w:val="397"/>
          <w:jc w:val="center"/>
        </w:trPr>
        <w:tc>
          <w:tcPr>
            <w:tcW w:w="10426" w:type="dxa"/>
            <w:vAlign w:val="center"/>
          </w:tcPr>
          <w:p w:rsidR="007526D2" w:rsidRDefault="007526D2">
            <w:pPr>
              <w:spacing w:after="0"/>
              <w:rPr>
                <w:lang w:eastAsia="ja-JP"/>
              </w:rPr>
            </w:pPr>
          </w:p>
        </w:tc>
      </w:tr>
      <w:tr w:rsidR="001205A0">
        <w:trPr>
          <w:trHeight w:val="397"/>
          <w:jc w:val="center"/>
        </w:trPr>
        <w:tc>
          <w:tcPr>
            <w:tcW w:w="10426" w:type="dxa"/>
            <w:vAlign w:val="center"/>
          </w:tcPr>
          <w:p w:rsidR="001205A0" w:rsidRDefault="001205A0">
            <w:pPr>
              <w:spacing w:after="0"/>
              <w:rPr>
                <w:lang w:eastAsia="ja-JP"/>
              </w:rPr>
            </w:pPr>
          </w:p>
        </w:tc>
      </w:tr>
    </w:tbl>
    <w:p w:rsidR="007526D2" w:rsidRDefault="007526D2">
      <w:pPr>
        <w:rPr>
          <w:lang w:eastAsia="ja-JP"/>
        </w:rPr>
      </w:pPr>
    </w:p>
    <w:p w:rsidR="001205A0" w:rsidRDefault="001205A0">
      <w:pPr>
        <w:rPr>
          <w:lang w:eastAsia="ja-JP"/>
        </w:rPr>
      </w:pPr>
    </w:p>
    <w:p w:rsidR="00CE04EB" w:rsidRDefault="00CE04EB">
      <w:pPr>
        <w:rPr>
          <w:rFonts w:hint="eastAsia"/>
          <w:lang w:eastAsia="ja-JP"/>
        </w:rPr>
      </w:pPr>
      <w:bookmarkStart w:id="0" w:name="_GoBack"/>
      <w:bookmarkEnd w:id="0"/>
    </w:p>
    <w:p w:rsidR="007526D2" w:rsidRDefault="00CE04EB">
      <w:pPr>
        <w:spacing w:before="80" w:after="40"/>
        <w:rPr>
          <w:lang w:eastAsia="ja-JP"/>
        </w:rPr>
      </w:pPr>
      <w:r>
        <w:rPr>
          <w:b/>
          <w:color w:val="1F4E79"/>
          <w:sz w:val="22"/>
          <w:lang w:eastAsia="ja-JP"/>
        </w:rPr>
        <w:lastRenderedPageBreak/>
        <w:t>2</w:t>
      </w:r>
      <w:r>
        <w:rPr>
          <w:b/>
          <w:color w:val="1F4E79"/>
          <w:sz w:val="22"/>
          <w:lang w:eastAsia="ja-JP"/>
        </w:rPr>
        <w:t>．注意・指摘を受けた経験</w:t>
      </w:r>
    </w:p>
    <w:p w:rsidR="007526D2" w:rsidRDefault="00CE04EB">
      <w:pPr>
        <w:spacing w:after="40"/>
        <w:rPr>
          <w:lang w:eastAsia="ja-JP"/>
        </w:rPr>
      </w:pPr>
      <w:r>
        <w:rPr>
          <w:sz w:val="18"/>
          <w:lang w:eastAsia="ja-JP"/>
        </w:rPr>
        <w:t>これまでの実習・学校生活・アルバイト等で、指導者や周囲の人から注意・指摘を受けた経験について記載してください。その時、どのように受け止め、その後どのように行動を変えましたか。</w:t>
      </w:r>
    </w:p>
    <w:p w:rsidR="007526D2" w:rsidRDefault="00CE04EB">
      <w:pPr>
        <w:spacing w:after="40"/>
        <w:ind w:left="283"/>
        <w:rPr>
          <w:lang w:eastAsia="ja-JP"/>
        </w:rPr>
      </w:pPr>
      <w:r>
        <w:rPr>
          <w:color w:val="595959"/>
          <w:sz w:val="17"/>
          <w:lang w:eastAsia="ja-JP"/>
        </w:rPr>
        <w:t>記載の視点：受け止め方／行動の変化／学び</w:t>
      </w: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0426"/>
      </w:tblGrid>
      <w:tr w:rsidR="007526D2">
        <w:trPr>
          <w:trHeight w:val="397"/>
          <w:jc w:val="center"/>
        </w:trPr>
        <w:tc>
          <w:tcPr>
            <w:tcW w:w="10426" w:type="dxa"/>
            <w:vAlign w:val="center"/>
          </w:tcPr>
          <w:p w:rsidR="007526D2" w:rsidRDefault="007526D2">
            <w:pPr>
              <w:spacing w:after="0"/>
              <w:rPr>
                <w:lang w:eastAsia="ja-JP"/>
              </w:rPr>
            </w:pPr>
          </w:p>
        </w:tc>
      </w:tr>
      <w:tr w:rsidR="007526D2">
        <w:trPr>
          <w:trHeight w:val="397"/>
          <w:jc w:val="center"/>
        </w:trPr>
        <w:tc>
          <w:tcPr>
            <w:tcW w:w="10426" w:type="dxa"/>
            <w:vAlign w:val="center"/>
          </w:tcPr>
          <w:p w:rsidR="007526D2" w:rsidRDefault="007526D2">
            <w:pPr>
              <w:spacing w:after="0"/>
              <w:rPr>
                <w:lang w:eastAsia="ja-JP"/>
              </w:rPr>
            </w:pPr>
          </w:p>
        </w:tc>
      </w:tr>
      <w:tr w:rsidR="007526D2">
        <w:trPr>
          <w:trHeight w:val="397"/>
          <w:jc w:val="center"/>
        </w:trPr>
        <w:tc>
          <w:tcPr>
            <w:tcW w:w="10426" w:type="dxa"/>
            <w:vAlign w:val="center"/>
          </w:tcPr>
          <w:p w:rsidR="007526D2" w:rsidRDefault="007526D2">
            <w:pPr>
              <w:spacing w:after="0"/>
              <w:rPr>
                <w:lang w:eastAsia="ja-JP"/>
              </w:rPr>
            </w:pPr>
          </w:p>
        </w:tc>
      </w:tr>
      <w:tr w:rsidR="007526D2">
        <w:trPr>
          <w:trHeight w:val="397"/>
          <w:jc w:val="center"/>
        </w:trPr>
        <w:tc>
          <w:tcPr>
            <w:tcW w:w="10426" w:type="dxa"/>
            <w:vAlign w:val="center"/>
          </w:tcPr>
          <w:p w:rsidR="007526D2" w:rsidRDefault="007526D2">
            <w:pPr>
              <w:spacing w:after="0"/>
              <w:rPr>
                <w:lang w:eastAsia="ja-JP"/>
              </w:rPr>
            </w:pPr>
          </w:p>
        </w:tc>
      </w:tr>
      <w:tr w:rsidR="007526D2">
        <w:trPr>
          <w:trHeight w:val="397"/>
          <w:jc w:val="center"/>
        </w:trPr>
        <w:tc>
          <w:tcPr>
            <w:tcW w:w="10426" w:type="dxa"/>
            <w:vAlign w:val="center"/>
          </w:tcPr>
          <w:p w:rsidR="007526D2" w:rsidRDefault="007526D2">
            <w:pPr>
              <w:spacing w:after="0"/>
              <w:rPr>
                <w:lang w:eastAsia="ja-JP"/>
              </w:rPr>
            </w:pPr>
          </w:p>
        </w:tc>
      </w:tr>
      <w:tr w:rsidR="007526D2">
        <w:trPr>
          <w:trHeight w:val="397"/>
          <w:jc w:val="center"/>
        </w:trPr>
        <w:tc>
          <w:tcPr>
            <w:tcW w:w="10426" w:type="dxa"/>
            <w:vAlign w:val="center"/>
          </w:tcPr>
          <w:p w:rsidR="007526D2" w:rsidRDefault="007526D2">
            <w:pPr>
              <w:spacing w:after="0"/>
              <w:rPr>
                <w:lang w:eastAsia="ja-JP"/>
              </w:rPr>
            </w:pPr>
          </w:p>
        </w:tc>
      </w:tr>
      <w:tr w:rsidR="007526D2">
        <w:trPr>
          <w:trHeight w:val="397"/>
          <w:jc w:val="center"/>
        </w:trPr>
        <w:tc>
          <w:tcPr>
            <w:tcW w:w="10426" w:type="dxa"/>
            <w:vAlign w:val="center"/>
          </w:tcPr>
          <w:p w:rsidR="007526D2" w:rsidRDefault="007526D2">
            <w:pPr>
              <w:spacing w:after="0"/>
              <w:rPr>
                <w:lang w:eastAsia="ja-JP"/>
              </w:rPr>
            </w:pPr>
          </w:p>
        </w:tc>
      </w:tr>
      <w:tr w:rsidR="007526D2">
        <w:trPr>
          <w:trHeight w:val="397"/>
          <w:jc w:val="center"/>
        </w:trPr>
        <w:tc>
          <w:tcPr>
            <w:tcW w:w="10426" w:type="dxa"/>
            <w:vAlign w:val="center"/>
          </w:tcPr>
          <w:p w:rsidR="007526D2" w:rsidRDefault="007526D2">
            <w:pPr>
              <w:spacing w:after="0"/>
              <w:rPr>
                <w:lang w:eastAsia="ja-JP"/>
              </w:rPr>
            </w:pPr>
          </w:p>
        </w:tc>
      </w:tr>
      <w:tr w:rsidR="007526D2">
        <w:trPr>
          <w:trHeight w:val="397"/>
          <w:jc w:val="center"/>
        </w:trPr>
        <w:tc>
          <w:tcPr>
            <w:tcW w:w="10426" w:type="dxa"/>
            <w:vAlign w:val="center"/>
          </w:tcPr>
          <w:p w:rsidR="007526D2" w:rsidRDefault="007526D2">
            <w:pPr>
              <w:spacing w:after="0"/>
              <w:rPr>
                <w:lang w:eastAsia="ja-JP"/>
              </w:rPr>
            </w:pPr>
          </w:p>
        </w:tc>
      </w:tr>
    </w:tbl>
    <w:p w:rsidR="007526D2" w:rsidRDefault="007526D2">
      <w:pPr>
        <w:rPr>
          <w:lang w:eastAsia="ja-JP"/>
        </w:rPr>
      </w:pPr>
    </w:p>
    <w:p w:rsidR="007526D2" w:rsidRDefault="00CE04EB">
      <w:pPr>
        <w:spacing w:before="80" w:after="40"/>
        <w:rPr>
          <w:lang w:eastAsia="ja-JP"/>
        </w:rPr>
      </w:pPr>
      <w:r>
        <w:rPr>
          <w:b/>
          <w:color w:val="1F4E79"/>
          <w:sz w:val="22"/>
          <w:lang w:eastAsia="ja-JP"/>
        </w:rPr>
        <w:t>3</w:t>
      </w:r>
      <w:r>
        <w:rPr>
          <w:b/>
          <w:color w:val="1F4E79"/>
          <w:sz w:val="22"/>
          <w:lang w:eastAsia="ja-JP"/>
        </w:rPr>
        <w:t>．相談や報告が遅れた経験</w:t>
      </w:r>
    </w:p>
    <w:p w:rsidR="007526D2" w:rsidRDefault="00CE04EB">
      <w:pPr>
        <w:spacing w:after="40"/>
        <w:rPr>
          <w:lang w:eastAsia="ja-JP"/>
        </w:rPr>
      </w:pPr>
      <w:r>
        <w:rPr>
          <w:sz w:val="18"/>
          <w:lang w:eastAsia="ja-JP"/>
        </w:rPr>
        <w:t>困ったことや分からないことがあったにもかかわらず、相談や報告が遅れた経験があれば記載してください。その時、なぜ遅れたのか、今ならどのように対応するかを記載してください。</w:t>
      </w:r>
    </w:p>
    <w:p w:rsidR="007526D2" w:rsidRDefault="00CE04EB">
      <w:pPr>
        <w:spacing w:after="40"/>
        <w:ind w:left="283"/>
        <w:rPr>
          <w:lang w:eastAsia="ja-JP"/>
        </w:rPr>
      </w:pPr>
      <w:r>
        <w:rPr>
          <w:color w:val="595959"/>
          <w:sz w:val="17"/>
          <w:lang w:eastAsia="ja-JP"/>
        </w:rPr>
        <w:t>記載の視点：抱え込みの背景／相談行動／再発予防</w:t>
      </w: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0426"/>
      </w:tblGrid>
      <w:tr w:rsidR="007526D2">
        <w:trPr>
          <w:trHeight w:val="397"/>
          <w:jc w:val="center"/>
        </w:trPr>
        <w:tc>
          <w:tcPr>
            <w:tcW w:w="10426" w:type="dxa"/>
            <w:vAlign w:val="center"/>
          </w:tcPr>
          <w:p w:rsidR="007526D2" w:rsidRDefault="007526D2">
            <w:pPr>
              <w:spacing w:after="0"/>
              <w:rPr>
                <w:lang w:eastAsia="ja-JP"/>
              </w:rPr>
            </w:pPr>
          </w:p>
        </w:tc>
      </w:tr>
      <w:tr w:rsidR="007526D2">
        <w:trPr>
          <w:trHeight w:val="397"/>
          <w:jc w:val="center"/>
        </w:trPr>
        <w:tc>
          <w:tcPr>
            <w:tcW w:w="10426" w:type="dxa"/>
            <w:vAlign w:val="center"/>
          </w:tcPr>
          <w:p w:rsidR="007526D2" w:rsidRDefault="007526D2">
            <w:pPr>
              <w:spacing w:after="0"/>
              <w:rPr>
                <w:lang w:eastAsia="ja-JP"/>
              </w:rPr>
            </w:pPr>
          </w:p>
        </w:tc>
      </w:tr>
      <w:tr w:rsidR="007526D2">
        <w:trPr>
          <w:trHeight w:val="397"/>
          <w:jc w:val="center"/>
        </w:trPr>
        <w:tc>
          <w:tcPr>
            <w:tcW w:w="10426" w:type="dxa"/>
            <w:vAlign w:val="center"/>
          </w:tcPr>
          <w:p w:rsidR="007526D2" w:rsidRDefault="007526D2">
            <w:pPr>
              <w:spacing w:after="0"/>
              <w:rPr>
                <w:lang w:eastAsia="ja-JP"/>
              </w:rPr>
            </w:pPr>
          </w:p>
        </w:tc>
      </w:tr>
      <w:tr w:rsidR="007526D2">
        <w:trPr>
          <w:trHeight w:val="397"/>
          <w:jc w:val="center"/>
        </w:trPr>
        <w:tc>
          <w:tcPr>
            <w:tcW w:w="10426" w:type="dxa"/>
            <w:vAlign w:val="center"/>
          </w:tcPr>
          <w:p w:rsidR="007526D2" w:rsidRDefault="007526D2">
            <w:pPr>
              <w:spacing w:after="0"/>
              <w:rPr>
                <w:lang w:eastAsia="ja-JP"/>
              </w:rPr>
            </w:pPr>
          </w:p>
        </w:tc>
      </w:tr>
      <w:tr w:rsidR="007526D2">
        <w:trPr>
          <w:trHeight w:val="397"/>
          <w:jc w:val="center"/>
        </w:trPr>
        <w:tc>
          <w:tcPr>
            <w:tcW w:w="10426" w:type="dxa"/>
            <w:vAlign w:val="center"/>
          </w:tcPr>
          <w:p w:rsidR="007526D2" w:rsidRDefault="007526D2">
            <w:pPr>
              <w:spacing w:after="0"/>
              <w:rPr>
                <w:lang w:eastAsia="ja-JP"/>
              </w:rPr>
            </w:pPr>
          </w:p>
        </w:tc>
      </w:tr>
      <w:tr w:rsidR="007526D2">
        <w:trPr>
          <w:trHeight w:val="397"/>
          <w:jc w:val="center"/>
        </w:trPr>
        <w:tc>
          <w:tcPr>
            <w:tcW w:w="10426" w:type="dxa"/>
            <w:vAlign w:val="center"/>
          </w:tcPr>
          <w:p w:rsidR="007526D2" w:rsidRDefault="007526D2">
            <w:pPr>
              <w:spacing w:after="0"/>
              <w:rPr>
                <w:lang w:eastAsia="ja-JP"/>
              </w:rPr>
            </w:pPr>
          </w:p>
        </w:tc>
      </w:tr>
      <w:tr w:rsidR="007526D2">
        <w:trPr>
          <w:trHeight w:val="397"/>
          <w:jc w:val="center"/>
        </w:trPr>
        <w:tc>
          <w:tcPr>
            <w:tcW w:w="10426" w:type="dxa"/>
            <w:vAlign w:val="center"/>
          </w:tcPr>
          <w:p w:rsidR="007526D2" w:rsidRDefault="007526D2">
            <w:pPr>
              <w:spacing w:after="0"/>
              <w:rPr>
                <w:lang w:eastAsia="ja-JP"/>
              </w:rPr>
            </w:pPr>
          </w:p>
        </w:tc>
      </w:tr>
      <w:tr w:rsidR="007526D2">
        <w:trPr>
          <w:trHeight w:val="397"/>
          <w:jc w:val="center"/>
        </w:trPr>
        <w:tc>
          <w:tcPr>
            <w:tcW w:w="10426" w:type="dxa"/>
            <w:vAlign w:val="center"/>
          </w:tcPr>
          <w:p w:rsidR="007526D2" w:rsidRDefault="007526D2">
            <w:pPr>
              <w:spacing w:after="0"/>
              <w:rPr>
                <w:lang w:eastAsia="ja-JP"/>
              </w:rPr>
            </w:pPr>
          </w:p>
        </w:tc>
      </w:tr>
      <w:tr w:rsidR="007526D2">
        <w:trPr>
          <w:trHeight w:val="397"/>
          <w:jc w:val="center"/>
        </w:trPr>
        <w:tc>
          <w:tcPr>
            <w:tcW w:w="10426" w:type="dxa"/>
            <w:vAlign w:val="center"/>
          </w:tcPr>
          <w:p w:rsidR="007526D2" w:rsidRDefault="007526D2">
            <w:pPr>
              <w:spacing w:after="0"/>
              <w:rPr>
                <w:lang w:eastAsia="ja-JP"/>
              </w:rPr>
            </w:pPr>
          </w:p>
        </w:tc>
      </w:tr>
    </w:tbl>
    <w:p w:rsidR="007526D2" w:rsidRDefault="007526D2">
      <w:pPr>
        <w:rPr>
          <w:lang w:eastAsia="ja-JP"/>
        </w:rPr>
      </w:pPr>
    </w:p>
    <w:p w:rsidR="007526D2" w:rsidRDefault="00CE04EB">
      <w:pPr>
        <w:rPr>
          <w:lang w:eastAsia="ja-JP"/>
        </w:rPr>
      </w:pPr>
      <w:r>
        <w:rPr>
          <w:lang w:eastAsia="ja-JP"/>
        </w:rPr>
        <w:br w:type="page"/>
      </w:r>
    </w:p>
    <w:p w:rsidR="007526D2" w:rsidRDefault="00CE04EB">
      <w:pPr>
        <w:spacing w:before="80" w:after="40"/>
        <w:rPr>
          <w:lang w:eastAsia="ja-JP"/>
        </w:rPr>
      </w:pPr>
      <w:r>
        <w:rPr>
          <w:b/>
          <w:color w:val="1F4E79"/>
          <w:sz w:val="22"/>
          <w:lang w:eastAsia="ja-JP"/>
        </w:rPr>
        <w:lastRenderedPageBreak/>
        <w:t>4</w:t>
      </w:r>
      <w:r>
        <w:rPr>
          <w:b/>
          <w:color w:val="1F4E79"/>
          <w:sz w:val="22"/>
          <w:lang w:eastAsia="ja-JP"/>
        </w:rPr>
        <w:t>．自分の判断が不十分だった経験</w:t>
      </w:r>
    </w:p>
    <w:p w:rsidR="007526D2" w:rsidRDefault="00CE04EB">
      <w:pPr>
        <w:spacing w:after="40"/>
        <w:rPr>
          <w:lang w:eastAsia="ja-JP"/>
        </w:rPr>
      </w:pPr>
      <w:r>
        <w:rPr>
          <w:sz w:val="18"/>
          <w:lang w:eastAsia="ja-JP"/>
        </w:rPr>
        <w:t>これまでに、自分の判断や行動が不十分だったと感じた経験について記載してください。その時、何が足りなかったと考えますか。また、同じような場面があれば次はどう対応しますか。</w:t>
      </w:r>
    </w:p>
    <w:p w:rsidR="007526D2" w:rsidRDefault="00CE04EB">
      <w:pPr>
        <w:spacing w:after="40"/>
        <w:ind w:left="283"/>
        <w:rPr>
          <w:lang w:eastAsia="ja-JP"/>
        </w:rPr>
      </w:pPr>
      <w:r>
        <w:rPr>
          <w:color w:val="595959"/>
          <w:sz w:val="17"/>
          <w:lang w:eastAsia="ja-JP"/>
        </w:rPr>
        <w:t>記載の視点：自己理解／安全意識／次の行動</w:t>
      </w: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0426"/>
      </w:tblGrid>
      <w:tr w:rsidR="007526D2">
        <w:trPr>
          <w:trHeight w:val="397"/>
          <w:jc w:val="center"/>
        </w:trPr>
        <w:tc>
          <w:tcPr>
            <w:tcW w:w="10426" w:type="dxa"/>
            <w:vAlign w:val="center"/>
          </w:tcPr>
          <w:p w:rsidR="007526D2" w:rsidRDefault="007526D2">
            <w:pPr>
              <w:spacing w:after="0"/>
              <w:rPr>
                <w:lang w:eastAsia="ja-JP"/>
              </w:rPr>
            </w:pPr>
          </w:p>
        </w:tc>
      </w:tr>
      <w:tr w:rsidR="007526D2">
        <w:trPr>
          <w:trHeight w:val="397"/>
          <w:jc w:val="center"/>
        </w:trPr>
        <w:tc>
          <w:tcPr>
            <w:tcW w:w="10426" w:type="dxa"/>
            <w:vAlign w:val="center"/>
          </w:tcPr>
          <w:p w:rsidR="007526D2" w:rsidRDefault="007526D2">
            <w:pPr>
              <w:spacing w:after="0"/>
              <w:rPr>
                <w:lang w:eastAsia="ja-JP"/>
              </w:rPr>
            </w:pPr>
          </w:p>
        </w:tc>
      </w:tr>
      <w:tr w:rsidR="007526D2">
        <w:trPr>
          <w:trHeight w:val="397"/>
          <w:jc w:val="center"/>
        </w:trPr>
        <w:tc>
          <w:tcPr>
            <w:tcW w:w="10426" w:type="dxa"/>
            <w:vAlign w:val="center"/>
          </w:tcPr>
          <w:p w:rsidR="007526D2" w:rsidRDefault="007526D2">
            <w:pPr>
              <w:spacing w:after="0"/>
              <w:rPr>
                <w:lang w:eastAsia="ja-JP"/>
              </w:rPr>
            </w:pPr>
          </w:p>
        </w:tc>
      </w:tr>
      <w:tr w:rsidR="007526D2">
        <w:trPr>
          <w:trHeight w:val="397"/>
          <w:jc w:val="center"/>
        </w:trPr>
        <w:tc>
          <w:tcPr>
            <w:tcW w:w="10426" w:type="dxa"/>
            <w:vAlign w:val="center"/>
          </w:tcPr>
          <w:p w:rsidR="007526D2" w:rsidRDefault="007526D2">
            <w:pPr>
              <w:spacing w:after="0"/>
              <w:rPr>
                <w:lang w:eastAsia="ja-JP"/>
              </w:rPr>
            </w:pPr>
          </w:p>
        </w:tc>
      </w:tr>
      <w:tr w:rsidR="007526D2">
        <w:trPr>
          <w:trHeight w:val="397"/>
          <w:jc w:val="center"/>
        </w:trPr>
        <w:tc>
          <w:tcPr>
            <w:tcW w:w="10426" w:type="dxa"/>
            <w:vAlign w:val="center"/>
          </w:tcPr>
          <w:p w:rsidR="007526D2" w:rsidRDefault="007526D2">
            <w:pPr>
              <w:spacing w:after="0"/>
              <w:rPr>
                <w:lang w:eastAsia="ja-JP"/>
              </w:rPr>
            </w:pPr>
          </w:p>
        </w:tc>
      </w:tr>
      <w:tr w:rsidR="007526D2">
        <w:trPr>
          <w:trHeight w:val="397"/>
          <w:jc w:val="center"/>
        </w:trPr>
        <w:tc>
          <w:tcPr>
            <w:tcW w:w="10426" w:type="dxa"/>
            <w:vAlign w:val="center"/>
          </w:tcPr>
          <w:p w:rsidR="007526D2" w:rsidRDefault="007526D2">
            <w:pPr>
              <w:spacing w:after="0"/>
              <w:rPr>
                <w:lang w:eastAsia="ja-JP"/>
              </w:rPr>
            </w:pPr>
          </w:p>
        </w:tc>
      </w:tr>
      <w:tr w:rsidR="007526D2">
        <w:trPr>
          <w:trHeight w:val="397"/>
          <w:jc w:val="center"/>
        </w:trPr>
        <w:tc>
          <w:tcPr>
            <w:tcW w:w="10426" w:type="dxa"/>
            <w:vAlign w:val="center"/>
          </w:tcPr>
          <w:p w:rsidR="007526D2" w:rsidRDefault="007526D2">
            <w:pPr>
              <w:spacing w:after="0"/>
              <w:rPr>
                <w:lang w:eastAsia="ja-JP"/>
              </w:rPr>
            </w:pPr>
          </w:p>
        </w:tc>
      </w:tr>
      <w:tr w:rsidR="007526D2">
        <w:trPr>
          <w:trHeight w:val="397"/>
          <w:jc w:val="center"/>
        </w:trPr>
        <w:tc>
          <w:tcPr>
            <w:tcW w:w="10426" w:type="dxa"/>
            <w:vAlign w:val="center"/>
          </w:tcPr>
          <w:p w:rsidR="007526D2" w:rsidRDefault="007526D2">
            <w:pPr>
              <w:spacing w:after="0"/>
              <w:rPr>
                <w:lang w:eastAsia="ja-JP"/>
              </w:rPr>
            </w:pPr>
          </w:p>
        </w:tc>
      </w:tr>
      <w:tr w:rsidR="007526D2">
        <w:trPr>
          <w:trHeight w:val="397"/>
          <w:jc w:val="center"/>
        </w:trPr>
        <w:tc>
          <w:tcPr>
            <w:tcW w:w="10426" w:type="dxa"/>
            <w:vAlign w:val="center"/>
          </w:tcPr>
          <w:p w:rsidR="007526D2" w:rsidRDefault="007526D2">
            <w:pPr>
              <w:spacing w:after="0"/>
              <w:rPr>
                <w:lang w:eastAsia="ja-JP"/>
              </w:rPr>
            </w:pPr>
          </w:p>
        </w:tc>
      </w:tr>
    </w:tbl>
    <w:p w:rsidR="007526D2" w:rsidRDefault="007526D2">
      <w:pPr>
        <w:rPr>
          <w:lang w:eastAsia="ja-JP"/>
        </w:rPr>
      </w:pPr>
    </w:p>
    <w:p w:rsidR="007526D2" w:rsidRDefault="00CE04EB">
      <w:pPr>
        <w:spacing w:before="80" w:after="40"/>
        <w:rPr>
          <w:lang w:eastAsia="ja-JP"/>
        </w:rPr>
      </w:pPr>
      <w:r>
        <w:rPr>
          <w:b/>
          <w:color w:val="1F4E79"/>
          <w:sz w:val="22"/>
          <w:lang w:eastAsia="ja-JP"/>
        </w:rPr>
        <w:t>5</w:t>
      </w:r>
      <w:r>
        <w:rPr>
          <w:b/>
          <w:color w:val="1F4E79"/>
          <w:sz w:val="22"/>
          <w:lang w:eastAsia="ja-JP"/>
        </w:rPr>
        <w:t>．納得しにくい指導・意見への対応</w:t>
      </w:r>
    </w:p>
    <w:p w:rsidR="007526D2" w:rsidRDefault="00CE04EB">
      <w:pPr>
        <w:spacing w:after="40"/>
        <w:rPr>
          <w:lang w:eastAsia="ja-JP"/>
        </w:rPr>
      </w:pPr>
      <w:r>
        <w:rPr>
          <w:sz w:val="18"/>
          <w:lang w:eastAsia="ja-JP"/>
        </w:rPr>
        <w:t>自分とは違う考え方や、納得しにくい指導・意見を受けた経験について記載してください。その時、どのように受け止め、どのように対応しましたか。</w:t>
      </w:r>
    </w:p>
    <w:p w:rsidR="007526D2" w:rsidRDefault="00CE04EB">
      <w:pPr>
        <w:spacing w:after="40"/>
        <w:ind w:left="283"/>
        <w:rPr>
          <w:lang w:eastAsia="ja-JP"/>
        </w:rPr>
      </w:pPr>
      <w:r>
        <w:rPr>
          <w:color w:val="595959"/>
          <w:sz w:val="17"/>
          <w:lang w:eastAsia="ja-JP"/>
        </w:rPr>
        <w:t>記載の視点：相手の意図の確認／感情の整理／チーム適応</w:t>
      </w: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0426"/>
      </w:tblGrid>
      <w:tr w:rsidR="007526D2">
        <w:trPr>
          <w:trHeight w:val="397"/>
          <w:jc w:val="center"/>
        </w:trPr>
        <w:tc>
          <w:tcPr>
            <w:tcW w:w="10426" w:type="dxa"/>
            <w:vAlign w:val="center"/>
          </w:tcPr>
          <w:p w:rsidR="007526D2" w:rsidRDefault="007526D2">
            <w:pPr>
              <w:spacing w:after="0"/>
              <w:rPr>
                <w:lang w:eastAsia="ja-JP"/>
              </w:rPr>
            </w:pPr>
          </w:p>
        </w:tc>
      </w:tr>
      <w:tr w:rsidR="007526D2">
        <w:trPr>
          <w:trHeight w:val="397"/>
          <w:jc w:val="center"/>
        </w:trPr>
        <w:tc>
          <w:tcPr>
            <w:tcW w:w="10426" w:type="dxa"/>
            <w:vAlign w:val="center"/>
          </w:tcPr>
          <w:p w:rsidR="007526D2" w:rsidRDefault="007526D2">
            <w:pPr>
              <w:spacing w:after="0"/>
              <w:rPr>
                <w:lang w:eastAsia="ja-JP"/>
              </w:rPr>
            </w:pPr>
          </w:p>
        </w:tc>
      </w:tr>
      <w:tr w:rsidR="007526D2">
        <w:trPr>
          <w:trHeight w:val="397"/>
          <w:jc w:val="center"/>
        </w:trPr>
        <w:tc>
          <w:tcPr>
            <w:tcW w:w="10426" w:type="dxa"/>
            <w:vAlign w:val="center"/>
          </w:tcPr>
          <w:p w:rsidR="007526D2" w:rsidRDefault="007526D2">
            <w:pPr>
              <w:spacing w:after="0"/>
              <w:rPr>
                <w:lang w:eastAsia="ja-JP"/>
              </w:rPr>
            </w:pPr>
          </w:p>
        </w:tc>
      </w:tr>
      <w:tr w:rsidR="007526D2">
        <w:trPr>
          <w:trHeight w:val="397"/>
          <w:jc w:val="center"/>
        </w:trPr>
        <w:tc>
          <w:tcPr>
            <w:tcW w:w="10426" w:type="dxa"/>
            <w:vAlign w:val="center"/>
          </w:tcPr>
          <w:p w:rsidR="007526D2" w:rsidRDefault="007526D2">
            <w:pPr>
              <w:spacing w:after="0"/>
              <w:rPr>
                <w:lang w:eastAsia="ja-JP"/>
              </w:rPr>
            </w:pPr>
          </w:p>
        </w:tc>
      </w:tr>
      <w:tr w:rsidR="007526D2">
        <w:trPr>
          <w:trHeight w:val="397"/>
          <w:jc w:val="center"/>
        </w:trPr>
        <w:tc>
          <w:tcPr>
            <w:tcW w:w="10426" w:type="dxa"/>
            <w:vAlign w:val="center"/>
          </w:tcPr>
          <w:p w:rsidR="007526D2" w:rsidRDefault="007526D2">
            <w:pPr>
              <w:spacing w:after="0"/>
              <w:rPr>
                <w:lang w:eastAsia="ja-JP"/>
              </w:rPr>
            </w:pPr>
          </w:p>
        </w:tc>
      </w:tr>
      <w:tr w:rsidR="007526D2">
        <w:trPr>
          <w:trHeight w:val="397"/>
          <w:jc w:val="center"/>
        </w:trPr>
        <w:tc>
          <w:tcPr>
            <w:tcW w:w="10426" w:type="dxa"/>
            <w:vAlign w:val="center"/>
          </w:tcPr>
          <w:p w:rsidR="007526D2" w:rsidRDefault="007526D2">
            <w:pPr>
              <w:spacing w:after="0"/>
              <w:rPr>
                <w:lang w:eastAsia="ja-JP"/>
              </w:rPr>
            </w:pPr>
          </w:p>
        </w:tc>
      </w:tr>
      <w:tr w:rsidR="007526D2">
        <w:trPr>
          <w:trHeight w:val="397"/>
          <w:jc w:val="center"/>
        </w:trPr>
        <w:tc>
          <w:tcPr>
            <w:tcW w:w="10426" w:type="dxa"/>
            <w:vAlign w:val="center"/>
          </w:tcPr>
          <w:p w:rsidR="007526D2" w:rsidRDefault="007526D2">
            <w:pPr>
              <w:spacing w:after="0"/>
              <w:rPr>
                <w:lang w:eastAsia="ja-JP"/>
              </w:rPr>
            </w:pPr>
          </w:p>
        </w:tc>
      </w:tr>
      <w:tr w:rsidR="007526D2">
        <w:trPr>
          <w:trHeight w:val="397"/>
          <w:jc w:val="center"/>
        </w:trPr>
        <w:tc>
          <w:tcPr>
            <w:tcW w:w="10426" w:type="dxa"/>
            <w:vAlign w:val="center"/>
          </w:tcPr>
          <w:p w:rsidR="007526D2" w:rsidRDefault="007526D2">
            <w:pPr>
              <w:spacing w:after="0"/>
              <w:rPr>
                <w:lang w:eastAsia="ja-JP"/>
              </w:rPr>
            </w:pPr>
          </w:p>
        </w:tc>
      </w:tr>
    </w:tbl>
    <w:p w:rsidR="007526D2" w:rsidRDefault="007526D2">
      <w:pPr>
        <w:rPr>
          <w:lang w:eastAsia="ja-JP"/>
        </w:rPr>
      </w:pPr>
    </w:p>
    <w:p w:rsidR="007526D2" w:rsidRDefault="00CE04EB">
      <w:pPr>
        <w:rPr>
          <w:lang w:eastAsia="ja-JP"/>
        </w:rPr>
      </w:pPr>
      <w:r>
        <w:rPr>
          <w:lang w:eastAsia="ja-JP"/>
        </w:rPr>
        <w:br w:type="page"/>
      </w:r>
    </w:p>
    <w:p w:rsidR="007526D2" w:rsidRDefault="00CE04EB">
      <w:pPr>
        <w:spacing w:before="80" w:after="40"/>
        <w:rPr>
          <w:lang w:eastAsia="ja-JP"/>
        </w:rPr>
      </w:pPr>
      <w:r>
        <w:rPr>
          <w:b/>
          <w:color w:val="1F4E79"/>
          <w:sz w:val="22"/>
          <w:lang w:eastAsia="ja-JP"/>
        </w:rPr>
        <w:lastRenderedPageBreak/>
        <w:t>6</w:t>
      </w:r>
      <w:r>
        <w:rPr>
          <w:b/>
          <w:color w:val="1F4E79"/>
          <w:sz w:val="22"/>
          <w:lang w:eastAsia="ja-JP"/>
        </w:rPr>
        <w:t>．人との関わりで迷った経験</w:t>
      </w:r>
    </w:p>
    <w:p w:rsidR="007526D2" w:rsidRDefault="00CE04EB">
      <w:pPr>
        <w:spacing w:after="40"/>
        <w:rPr>
          <w:lang w:eastAsia="ja-JP"/>
        </w:rPr>
      </w:pPr>
      <w:r>
        <w:rPr>
          <w:sz w:val="18"/>
          <w:lang w:eastAsia="ja-JP"/>
        </w:rPr>
        <w:t>実習やボランティア、アルバイト等で、人との関わりに難しさや迷いを感じた経験について記載してください。その時、何に迷い、どのように対応しましたか。</w:t>
      </w:r>
    </w:p>
    <w:p w:rsidR="007526D2" w:rsidRDefault="00CE04EB">
      <w:pPr>
        <w:spacing w:after="40"/>
        <w:ind w:left="283"/>
        <w:rPr>
          <w:lang w:eastAsia="ja-JP"/>
        </w:rPr>
      </w:pPr>
      <w:r>
        <w:rPr>
          <w:color w:val="595959"/>
          <w:sz w:val="17"/>
          <w:lang w:eastAsia="ja-JP"/>
        </w:rPr>
        <w:t>記載の視点：相手理解／対人対応／周囲への相談</w:t>
      </w: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0426"/>
      </w:tblGrid>
      <w:tr w:rsidR="007526D2">
        <w:trPr>
          <w:trHeight w:val="397"/>
          <w:jc w:val="center"/>
        </w:trPr>
        <w:tc>
          <w:tcPr>
            <w:tcW w:w="10426" w:type="dxa"/>
            <w:vAlign w:val="center"/>
          </w:tcPr>
          <w:p w:rsidR="007526D2" w:rsidRDefault="007526D2">
            <w:pPr>
              <w:spacing w:after="0"/>
              <w:rPr>
                <w:lang w:eastAsia="ja-JP"/>
              </w:rPr>
            </w:pPr>
          </w:p>
        </w:tc>
      </w:tr>
      <w:tr w:rsidR="007526D2">
        <w:trPr>
          <w:trHeight w:val="397"/>
          <w:jc w:val="center"/>
        </w:trPr>
        <w:tc>
          <w:tcPr>
            <w:tcW w:w="10426" w:type="dxa"/>
            <w:vAlign w:val="center"/>
          </w:tcPr>
          <w:p w:rsidR="007526D2" w:rsidRDefault="007526D2">
            <w:pPr>
              <w:spacing w:after="0"/>
              <w:rPr>
                <w:lang w:eastAsia="ja-JP"/>
              </w:rPr>
            </w:pPr>
          </w:p>
        </w:tc>
      </w:tr>
      <w:tr w:rsidR="007526D2">
        <w:trPr>
          <w:trHeight w:val="397"/>
          <w:jc w:val="center"/>
        </w:trPr>
        <w:tc>
          <w:tcPr>
            <w:tcW w:w="10426" w:type="dxa"/>
            <w:vAlign w:val="center"/>
          </w:tcPr>
          <w:p w:rsidR="007526D2" w:rsidRDefault="007526D2">
            <w:pPr>
              <w:spacing w:after="0"/>
              <w:rPr>
                <w:lang w:eastAsia="ja-JP"/>
              </w:rPr>
            </w:pPr>
          </w:p>
        </w:tc>
      </w:tr>
      <w:tr w:rsidR="007526D2">
        <w:trPr>
          <w:trHeight w:val="397"/>
          <w:jc w:val="center"/>
        </w:trPr>
        <w:tc>
          <w:tcPr>
            <w:tcW w:w="10426" w:type="dxa"/>
            <w:vAlign w:val="center"/>
          </w:tcPr>
          <w:p w:rsidR="007526D2" w:rsidRDefault="007526D2">
            <w:pPr>
              <w:spacing w:after="0"/>
              <w:rPr>
                <w:lang w:eastAsia="ja-JP"/>
              </w:rPr>
            </w:pPr>
          </w:p>
        </w:tc>
      </w:tr>
      <w:tr w:rsidR="007526D2">
        <w:trPr>
          <w:trHeight w:val="397"/>
          <w:jc w:val="center"/>
        </w:trPr>
        <w:tc>
          <w:tcPr>
            <w:tcW w:w="10426" w:type="dxa"/>
            <w:vAlign w:val="center"/>
          </w:tcPr>
          <w:p w:rsidR="007526D2" w:rsidRDefault="007526D2">
            <w:pPr>
              <w:spacing w:after="0"/>
              <w:rPr>
                <w:lang w:eastAsia="ja-JP"/>
              </w:rPr>
            </w:pPr>
          </w:p>
        </w:tc>
      </w:tr>
      <w:tr w:rsidR="007526D2">
        <w:trPr>
          <w:trHeight w:val="397"/>
          <w:jc w:val="center"/>
        </w:trPr>
        <w:tc>
          <w:tcPr>
            <w:tcW w:w="10426" w:type="dxa"/>
            <w:vAlign w:val="center"/>
          </w:tcPr>
          <w:p w:rsidR="007526D2" w:rsidRDefault="007526D2">
            <w:pPr>
              <w:spacing w:after="0"/>
              <w:rPr>
                <w:lang w:eastAsia="ja-JP"/>
              </w:rPr>
            </w:pPr>
          </w:p>
        </w:tc>
      </w:tr>
      <w:tr w:rsidR="007526D2">
        <w:trPr>
          <w:trHeight w:val="397"/>
          <w:jc w:val="center"/>
        </w:trPr>
        <w:tc>
          <w:tcPr>
            <w:tcW w:w="10426" w:type="dxa"/>
            <w:vAlign w:val="center"/>
          </w:tcPr>
          <w:p w:rsidR="007526D2" w:rsidRDefault="007526D2">
            <w:pPr>
              <w:spacing w:after="0"/>
              <w:rPr>
                <w:lang w:eastAsia="ja-JP"/>
              </w:rPr>
            </w:pPr>
          </w:p>
        </w:tc>
      </w:tr>
      <w:tr w:rsidR="007526D2">
        <w:trPr>
          <w:trHeight w:val="397"/>
          <w:jc w:val="center"/>
        </w:trPr>
        <w:tc>
          <w:tcPr>
            <w:tcW w:w="10426" w:type="dxa"/>
            <w:vAlign w:val="center"/>
          </w:tcPr>
          <w:p w:rsidR="007526D2" w:rsidRDefault="007526D2">
            <w:pPr>
              <w:spacing w:after="0"/>
              <w:rPr>
                <w:lang w:eastAsia="ja-JP"/>
              </w:rPr>
            </w:pPr>
          </w:p>
        </w:tc>
      </w:tr>
    </w:tbl>
    <w:p w:rsidR="007526D2" w:rsidRDefault="007526D2">
      <w:pPr>
        <w:rPr>
          <w:lang w:eastAsia="ja-JP"/>
        </w:rPr>
      </w:pPr>
    </w:p>
    <w:p w:rsidR="007526D2" w:rsidRDefault="00CE04EB">
      <w:pPr>
        <w:spacing w:before="80" w:after="40"/>
        <w:rPr>
          <w:lang w:eastAsia="ja-JP"/>
        </w:rPr>
      </w:pPr>
      <w:r>
        <w:rPr>
          <w:b/>
          <w:color w:val="1F4E79"/>
          <w:sz w:val="22"/>
          <w:lang w:eastAsia="ja-JP"/>
        </w:rPr>
        <w:t>7</w:t>
      </w:r>
      <w:r>
        <w:rPr>
          <w:b/>
          <w:color w:val="1F4E79"/>
          <w:sz w:val="22"/>
          <w:lang w:eastAsia="ja-JP"/>
        </w:rPr>
        <w:t>．入職後</w:t>
      </w:r>
      <w:r>
        <w:rPr>
          <w:b/>
          <w:color w:val="1F4E79"/>
          <w:sz w:val="22"/>
          <w:lang w:eastAsia="ja-JP"/>
        </w:rPr>
        <w:t>3</w:t>
      </w:r>
      <w:r>
        <w:rPr>
          <w:b/>
          <w:color w:val="1F4E79"/>
          <w:sz w:val="22"/>
          <w:lang w:eastAsia="ja-JP"/>
        </w:rPr>
        <w:t>年間で身につけたいこと</w:t>
      </w:r>
    </w:p>
    <w:p w:rsidR="007526D2" w:rsidRDefault="00CE04EB">
      <w:pPr>
        <w:spacing w:after="40"/>
        <w:rPr>
          <w:lang w:eastAsia="ja-JP"/>
        </w:rPr>
      </w:pPr>
      <w:r>
        <w:rPr>
          <w:sz w:val="18"/>
          <w:lang w:eastAsia="ja-JP"/>
        </w:rPr>
        <w:t>入職後</w:t>
      </w:r>
      <w:r>
        <w:rPr>
          <w:sz w:val="18"/>
          <w:lang w:eastAsia="ja-JP"/>
        </w:rPr>
        <w:t>3</w:t>
      </w:r>
      <w:r>
        <w:rPr>
          <w:sz w:val="18"/>
          <w:lang w:eastAsia="ja-JP"/>
        </w:rPr>
        <w:t>年間で、リハビリテーション専門職としてどのような力を身につけたいですか。また、そのために自分が努力したいことを記載してください。</w:t>
      </w:r>
    </w:p>
    <w:p w:rsidR="007526D2" w:rsidRDefault="00CE04EB">
      <w:pPr>
        <w:spacing w:after="40"/>
        <w:ind w:left="283"/>
        <w:rPr>
          <w:lang w:eastAsia="ja-JP"/>
        </w:rPr>
      </w:pPr>
      <w:r>
        <w:rPr>
          <w:color w:val="595959"/>
          <w:sz w:val="17"/>
          <w:lang w:eastAsia="ja-JP"/>
        </w:rPr>
        <w:t>記載の視点：成長イメージ／具体的な努力／当院との接続</w:t>
      </w: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0426"/>
      </w:tblGrid>
      <w:tr w:rsidR="007526D2">
        <w:trPr>
          <w:trHeight w:val="397"/>
          <w:jc w:val="center"/>
        </w:trPr>
        <w:tc>
          <w:tcPr>
            <w:tcW w:w="10426" w:type="dxa"/>
            <w:vAlign w:val="center"/>
          </w:tcPr>
          <w:p w:rsidR="007526D2" w:rsidRDefault="007526D2">
            <w:pPr>
              <w:spacing w:after="0"/>
              <w:rPr>
                <w:lang w:eastAsia="ja-JP"/>
              </w:rPr>
            </w:pPr>
          </w:p>
        </w:tc>
      </w:tr>
      <w:tr w:rsidR="007526D2">
        <w:trPr>
          <w:trHeight w:val="397"/>
          <w:jc w:val="center"/>
        </w:trPr>
        <w:tc>
          <w:tcPr>
            <w:tcW w:w="10426" w:type="dxa"/>
            <w:vAlign w:val="center"/>
          </w:tcPr>
          <w:p w:rsidR="007526D2" w:rsidRDefault="007526D2">
            <w:pPr>
              <w:spacing w:after="0"/>
              <w:rPr>
                <w:lang w:eastAsia="ja-JP"/>
              </w:rPr>
            </w:pPr>
          </w:p>
        </w:tc>
      </w:tr>
      <w:tr w:rsidR="007526D2">
        <w:trPr>
          <w:trHeight w:val="397"/>
          <w:jc w:val="center"/>
        </w:trPr>
        <w:tc>
          <w:tcPr>
            <w:tcW w:w="10426" w:type="dxa"/>
            <w:vAlign w:val="center"/>
          </w:tcPr>
          <w:p w:rsidR="007526D2" w:rsidRDefault="007526D2">
            <w:pPr>
              <w:spacing w:after="0"/>
              <w:rPr>
                <w:lang w:eastAsia="ja-JP"/>
              </w:rPr>
            </w:pPr>
          </w:p>
        </w:tc>
      </w:tr>
      <w:tr w:rsidR="007526D2">
        <w:trPr>
          <w:trHeight w:val="397"/>
          <w:jc w:val="center"/>
        </w:trPr>
        <w:tc>
          <w:tcPr>
            <w:tcW w:w="10426" w:type="dxa"/>
            <w:vAlign w:val="center"/>
          </w:tcPr>
          <w:p w:rsidR="007526D2" w:rsidRDefault="007526D2">
            <w:pPr>
              <w:spacing w:after="0"/>
              <w:rPr>
                <w:lang w:eastAsia="ja-JP"/>
              </w:rPr>
            </w:pPr>
          </w:p>
        </w:tc>
      </w:tr>
      <w:tr w:rsidR="007526D2">
        <w:trPr>
          <w:trHeight w:val="397"/>
          <w:jc w:val="center"/>
        </w:trPr>
        <w:tc>
          <w:tcPr>
            <w:tcW w:w="10426" w:type="dxa"/>
            <w:vAlign w:val="center"/>
          </w:tcPr>
          <w:p w:rsidR="007526D2" w:rsidRDefault="007526D2">
            <w:pPr>
              <w:spacing w:after="0"/>
              <w:rPr>
                <w:lang w:eastAsia="ja-JP"/>
              </w:rPr>
            </w:pPr>
          </w:p>
        </w:tc>
      </w:tr>
      <w:tr w:rsidR="007526D2">
        <w:trPr>
          <w:trHeight w:val="397"/>
          <w:jc w:val="center"/>
        </w:trPr>
        <w:tc>
          <w:tcPr>
            <w:tcW w:w="10426" w:type="dxa"/>
            <w:vAlign w:val="center"/>
          </w:tcPr>
          <w:p w:rsidR="007526D2" w:rsidRDefault="007526D2">
            <w:pPr>
              <w:spacing w:after="0"/>
              <w:rPr>
                <w:lang w:eastAsia="ja-JP"/>
              </w:rPr>
            </w:pPr>
          </w:p>
        </w:tc>
      </w:tr>
      <w:tr w:rsidR="007526D2">
        <w:trPr>
          <w:trHeight w:val="397"/>
          <w:jc w:val="center"/>
        </w:trPr>
        <w:tc>
          <w:tcPr>
            <w:tcW w:w="10426" w:type="dxa"/>
            <w:vAlign w:val="center"/>
          </w:tcPr>
          <w:p w:rsidR="007526D2" w:rsidRDefault="007526D2">
            <w:pPr>
              <w:spacing w:after="0"/>
              <w:rPr>
                <w:lang w:eastAsia="ja-JP"/>
              </w:rPr>
            </w:pPr>
          </w:p>
        </w:tc>
      </w:tr>
      <w:tr w:rsidR="007526D2">
        <w:trPr>
          <w:trHeight w:val="397"/>
          <w:jc w:val="center"/>
        </w:trPr>
        <w:tc>
          <w:tcPr>
            <w:tcW w:w="10426" w:type="dxa"/>
            <w:vAlign w:val="center"/>
          </w:tcPr>
          <w:p w:rsidR="007526D2" w:rsidRDefault="007526D2">
            <w:pPr>
              <w:spacing w:after="0"/>
              <w:rPr>
                <w:lang w:eastAsia="ja-JP"/>
              </w:rPr>
            </w:pPr>
          </w:p>
        </w:tc>
      </w:tr>
    </w:tbl>
    <w:p w:rsidR="007526D2" w:rsidRDefault="007526D2">
      <w:pPr>
        <w:rPr>
          <w:lang w:eastAsia="ja-JP"/>
        </w:rPr>
      </w:pPr>
    </w:p>
    <w:p w:rsidR="007526D2" w:rsidRDefault="007526D2" w:rsidP="001205A0">
      <w:pPr>
        <w:rPr>
          <w:lang w:eastAsia="ja-JP"/>
        </w:rPr>
      </w:pPr>
    </w:p>
    <w:sectPr w:rsidR="007526D2" w:rsidSect="00034616">
      <w:pgSz w:w="12240" w:h="15840"/>
      <w:pgMar w:top="907" w:right="907" w:bottom="907"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205A0"/>
    <w:rsid w:val="0015074B"/>
    <w:rsid w:val="0029639D"/>
    <w:rsid w:val="00326F90"/>
    <w:rsid w:val="007526D2"/>
    <w:rsid w:val="00AA1D8D"/>
    <w:rsid w:val="00B47730"/>
    <w:rsid w:val="00CB0664"/>
    <w:rsid w:val="00CE04E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6FB1FBED"/>
  <w14:defaultImageDpi w14:val="300"/>
  <w15:docId w15:val="{3C27A10E-2B72-4277-8961-23933CEFD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rPr>
      <w:rFonts w:ascii="游ゴシック" w:eastAsia="游ゴシック" w:hAnsi="游ゴシック"/>
      <w:sz w:val="20"/>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1F4E79"/>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1F4E79"/>
      <w:sz w:val="24"/>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36"/>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3E3D7D-7FD7-4FD4-A95F-133846DE4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190</Words>
  <Characters>1084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FRH2036</cp:lastModifiedBy>
  <cp:revision>3</cp:revision>
  <dcterms:created xsi:type="dcterms:W3CDTF">2013-12-23T23:15:00Z</dcterms:created>
  <dcterms:modified xsi:type="dcterms:W3CDTF">2026-07-14T05:52:00Z</dcterms:modified>
  <cp:category/>
</cp:coreProperties>
</file>